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9902E" w14:textId="77777777" w:rsidR="00B77A39" w:rsidRPr="00560522" w:rsidRDefault="00B77A39">
      <w:pPr>
        <w:jc w:val="right"/>
        <w:rPr>
          <w:rFonts w:ascii="Calibri" w:hAnsi="Calibri" w:cs="Calibri"/>
          <w:sz w:val="24"/>
          <w:szCs w:val="24"/>
        </w:rPr>
      </w:pPr>
    </w:p>
    <w:p w14:paraId="5B472572" w14:textId="28D2CAC4" w:rsidR="00B37D66" w:rsidRPr="005A2C5E" w:rsidRDefault="00EB2E79">
      <w:pPr>
        <w:jc w:val="right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Częstochowa, dnia ........................................</w:t>
      </w:r>
    </w:p>
    <w:p w14:paraId="53746B1E" w14:textId="77777777" w:rsidR="00B37D66" w:rsidRPr="005A2C5E" w:rsidRDefault="00EB2E79">
      <w:pPr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___________________________________</w:t>
      </w:r>
      <w:r w:rsidRPr="005A2C5E">
        <w:rPr>
          <w:rFonts w:ascii="Calibri" w:hAnsi="Calibri" w:cs="Calibri"/>
          <w:sz w:val="24"/>
          <w:szCs w:val="24"/>
          <w:lang w:val="pl-PL"/>
        </w:rPr>
        <w:br/>
        <w:t>imię i nazwisko</w:t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  <w:t>___________________________________</w:t>
      </w:r>
      <w:r w:rsidRPr="005A2C5E">
        <w:rPr>
          <w:rFonts w:ascii="Calibri" w:hAnsi="Calibri" w:cs="Calibri"/>
          <w:sz w:val="24"/>
          <w:szCs w:val="24"/>
          <w:lang w:val="pl-PL"/>
        </w:rPr>
        <w:br/>
        <w:t>adres</w:t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  <w:t>___________________________________</w:t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proofErr w:type="spellStart"/>
      <w:r w:rsidRPr="005A2C5E">
        <w:rPr>
          <w:rFonts w:ascii="Calibri" w:hAnsi="Calibri" w:cs="Calibri"/>
          <w:sz w:val="24"/>
          <w:szCs w:val="24"/>
          <w:lang w:val="pl-PL"/>
        </w:rPr>
        <w:t>adres</w:t>
      </w:r>
      <w:proofErr w:type="spellEnd"/>
    </w:p>
    <w:p w14:paraId="73DA4AB2" w14:textId="77777777" w:rsidR="00657E97" w:rsidRPr="005A2C5E" w:rsidRDefault="00657E97" w:rsidP="00657E97">
      <w:pPr>
        <w:rPr>
          <w:rFonts w:ascii="Calibri" w:hAnsi="Calibri" w:cs="Calibri"/>
          <w:sz w:val="24"/>
          <w:szCs w:val="24"/>
          <w:lang w:val="pl-PL"/>
        </w:rPr>
      </w:pPr>
    </w:p>
    <w:p w14:paraId="52A5170E" w14:textId="18707757" w:rsidR="00B37D66" w:rsidRPr="005A2C5E" w:rsidRDefault="00EB2E79" w:rsidP="00657E97">
      <w:pPr>
        <w:ind w:left="5760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DZIEKAN</w:t>
      </w:r>
      <w:r w:rsidRPr="005A2C5E">
        <w:rPr>
          <w:rFonts w:ascii="Calibri" w:hAnsi="Calibri" w:cs="Calibri"/>
          <w:b/>
          <w:sz w:val="24"/>
          <w:szCs w:val="24"/>
          <w:lang w:val="pl-PL"/>
        </w:rPr>
        <w:br/>
      </w:r>
      <w:r w:rsidR="00657E97" w:rsidRPr="005A2C5E">
        <w:rPr>
          <w:rFonts w:ascii="Calibri" w:hAnsi="Calibri" w:cs="Calibri"/>
          <w:b/>
          <w:sz w:val="24"/>
          <w:szCs w:val="24"/>
          <w:lang w:val="pl-PL"/>
        </w:rPr>
        <w:t>WYDZIAŁU NAUK SPOŁECZNYCH</w:t>
      </w:r>
    </w:p>
    <w:p w14:paraId="22725246" w14:textId="77777777" w:rsidR="00B37D66" w:rsidRPr="005A2C5E" w:rsidRDefault="00B37D66">
      <w:pPr>
        <w:rPr>
          <w:rFonts w:ascii="Calibri" w:hAnsi="Calibri" w:cs="Calibri"/>
          <w:sz w:val="24"/>
          <w:szCs w:val="24"/>
          <w:lang w:val="pl-PL"/>
        </w:rPr>
      </w:pPr>
    </w:p>
    <w:p w14:paraId="16CB0745" w14:textId="318BEBA8" w:rsidR="00B37D66" w:rsidRPr="005A2C5E" w:rsidRDefault="00EB2E79" w:rsidP="002240FA">
      <w:pPr>
        <w:ind w:firstLine="72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Zwracam się z uprzejmą prośbą o przyjęcie mnie na studia podyplomowe </w:t>
      </w:r>
      <w:r w:rsidR="002240FA" w:rsidRPr="005A2C5E">
        <w:rPr>
          <w:rFonts w:ascii="Calibri" w:hAnsi="Calibri" w:cs="Calibri"/>
          <w:b/>
          <w:bCs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………………………………………………………………………………………………………………………………………………………..</w:t>
      </w:r>
      <w:r w:rsidRPr="005A2C5E">
        <w:rPr>
          <w:rFonts w:ascii="Calibri" w:hAnsi="Calibri" w:cs="Calibri"/>
          <w:sz w:val="24"/>
          <w:szCs w:val="24"/>
          <w:lang w:val="pl-PL"/>
        </w:rPr>
        <w:t>rozpoczynających się od roku akademickiego 202</w:t>
      </w:r>
      <w:r w:rsidR="00657E97" w:rsidRPr="005A2C5E">
        <w:rPr>
          <w:rFonts w:ascii="Calibri" w:hAnsi="Calibri" w:cs="Calibri"/>
          <w:sz w:val="24"/>
          <w:szCs w:val="24"/>
          <w:lang w:val="pl-PL"/>
        </w:rPr>
        <w:t>6</w:t>
      </w:r>
      <w:r w:rsidRPr="005A2C5E">
        <w:rPr>
          <w:rFonts w:ascii="Calibri" w:hAnsi="Calibri" w:cs="Calibri"/>
          <w:sz w:val="24"/>
          <w:szCs w:val="24"/>
          <w:lang w:val="pl-PL"/>
        </w:rPr>
        <w:t>/202</w:t>
      </w:r>
      <w:r w:rsidR="00657E97" w:rsidRPr="005A2C5E">
        <w:rPr>
          <w:rFonts w:ascii="Calibri" w:hAnsi="Calibri" w:cs="Calibri"/>
          <w:sz w:val="24"/>
          <w:szCs w:val="24"/>
          <w:lang w:val="pl-PL"/>
        </w:rPr>
        <w:t>7.</w:t>
      </w:r>
    </w:p>
    <w:p w14:paraId="05E2B29E" w14:textId="77777777" w:rsidR="00B37D66" w:rsidRPr="005A2C5E" w:rsidRDefault="00EB2E79" w:rsidP="002240FA">
      <w:pPr>
        <w:contextualSpacing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</w:p>
    <w:p w14:paraId="64EB14FD" w14:textId="3CE64E8E" w:rsidR="007C1D60" w:rsidRPr="005A2C5E" w:rsidRDefault="00EB2E79" w:rsidP="002240FA">
      <w:pPr>
        <w:ind w:left="5040"/>
        <w:jc w:val="center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Z poważaniem,</w:t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</w:r>
      <w:r w:rsidRPr="005A2C5E">
        <w:rPr>
          <w:rFonts w:ascii="Calibri" w:hAnsi="Calibri" w:cs="Calibri"/>
          <w:sz w:val="24"/>
          <w:szCs w:val="24"/>
          <w:lang w:val="pl-PL"/>
        </w:rPr>
        <w:br/>
        <w:t>___________________________________</w:t>
      </w:r>
    </w:p>
    <w:p w14:paraId="6A606E6E" w14:textId="77777777" w:rsidR="007C1D60" w:rsidRPr="005A2C5E" w:rsidRDefault="007C1D60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br w:type="page"/>
      </w:r>
    </w:p>
    <w:p w14:paraId="05E853DF" w14:textId="1FB233C2" w:rsidR="00B37D66" w:rsidRPr="005A2C5E" w:rsidRDefault="00B37D66" w:rsidP="007C1D60">
      <w:pPr>
        <w:rPr>
          <w:rFonts w:ascii="Calibri" w:hAnsi="Calibri" w:cs="Calibri"/>
          <w:sz w:val="24"/>
          <w:szCs w:val="24"/>
          <w:lang w:val="pl-PL"/>
        </w:rPr>
      </w:pPr>
    </w:p>
    <w:p w14:paraId="027787E3" w14:textId="52C3B81F" w:rsidR="007C1D60" w:rsidRPr="005A2C5E" w:rsidRDefault="007C1D60" w:rsidP="002240FA">
      <w:pPr>
        <w:jc w:val="center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Kwestionariusz osobowy kandydata na studia podyplomowe</w:t>
      </w:r>
    </w:p>
    <w:p w14:paraId="1486E223" w14:textId="1058F861" w:rsidR="007C1D60" w:rsidRPr="00560522" w:rsidRDefault="007C1D60" w:rsidP="00560522">
      <w:pPr>
        <w:pStyle w:val="Akapitzlist"/>
        <w:numPr>
          <w:ilvl w:val="0"/>
          <w:numId w:val="11"/>
        </w:numPr>
        <w:spacing w:after="120" w:line="360" w:lineRule="auto"/>
        <w:rPr>
          <w:rFonts w:ascii="Calibri" w:hAnsi="Calibri" w:cs="Calibri"/>
          <w:b/>
          <w:sz w:val="24"/>
          <w:szCs w:val="24"/>
        </w:rPr>
      </w:pPr>
      <w:r w:rsidRPr="00560522">
        <w:rPr>
          <w:rFonts w:ascii="Calibri" w:hAnsi="Calibri" w:cs="Calibri"/>
          <w:b/>
          <w:sz w:val="24"/>
          <w:szCs w:val="24"/>
        </w:rPr>
        <w:t xml:space="preserve">Dane </w:t>
      </w:r>
      <w:proofErr w:type="spellStart"/>
      <w:r w:rsidRPr="00560522">
        <w:rPr>
          <w:rFonts w:ascii="Calibri" w:hAnsi="Calibri" w:cs="Calibri"/>
          <w:b/>
          <w:sz w:val="24"/>
          <w:szCs w:val="24"/>
        </w:rPr>
        <w:t>osobowe</w:t>
      </w:r>
      <w:proofErr w:type="spellEnd"/>
      <w:r w:rsidRPr="00560522">
        <w:rPr>
          <w:rFonts w:ascii="Calibri" w:hAnsi="Calibri" w:cs="Calibri"/>
          <w:b/>
          <w:sz w:val="24"/>
          <w:szCs w:val="24"/>
        </w:rPr>
        <w:t>:</w:t>
      </w:r>
    </w:p>
    <w:p w14:paraId="159E2345" w14:textId="21ABC5AE" w:rsidR="007C1D60" w:rsidRPr="00560522" w:rsidRDefault="007C1D60" w:rsidP="00560522">
      <w:pPr>
        <w:spacing w:after="120" w:line="360" w:lineRule="auto"/>
        <w:ind w:firstLine="360"/>
        <w:contextualSpacing/>
        <w:jc w:val="both"/>
        <w:rPr>
          <w:rFonts w:ascii="Calibri" w:hAnsi="Calibri" w:cs="Calibri"/>
          <w:sz w:val="24"/>
          <w:szCs w:val="24"/>
        </w:rPr>
      </w:pPr>
      <w:proofErr w:type="spellStart"/>
      <w:r w:rsidRPr="00560522">
        <w:rPr>
          <w:rFonts w:ascii="Calibri" w:hAnsi="Calibri" w:cs="Calibri"/>
          <w:sz w:val="24"/>
          <w:szCs w:val="24"/>
        </w:rPr>
        <w:t>Imię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560522">
        <w:rPr>
          <w:rFonts w:ascii="Calibri" w:hAnsi="Calibri" w:cs="Calibri"/>
          <w:sz w:val="24"/>
          <w:szCs w:val="24"/>
        </w:rPr>
        <w:t>imiona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560522">
        <w:rPr>
          <w:rFonts w:ascii="Calibri" w:hAnsi="Calibri" w:cs="Calibri"/>
          <w:sz w:val="24"/>
          <w:szCs w:val="24"/>
        </w:rPr>
        <w:t>i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nazwisko</w:t>
      </w:r>
      <w:proofErr w:type="spellEnd"/>
      <w:r w:rsidRPr="00560522">
        <w:rPr>
          <w:rFonts w:ascii="Calibri" w:hAnsi="Calibri" w:cs="Calibri"/>
          <w:sz w:val="24"/>
          <w:szCs w:val="24"/>
        </w:rPr>
        <w:t>………..………………………………...……………………………………………………………………</w:t>
      </w:r>
    </w:p>
    <w:p w14:paraId="6EBBDDA3" w14:textId="1975D254" w:rsidR="007C1D60" w:rsidRPr="00560522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</w:rPr>
      </w:pPr>
      <w:proofErr w:type="spellStart"/>
      <w:r w:rsidRPr="00560522">
        <w:rPr>
          <w:rFonts w:ascii="Calibri" w:hAnsi="Calibri" w:cs="Calibri"/>
          <w:sz w:val="24"/>
          <w:szCs w:val="24"/>
        </w:rPr>
        <w:t>Imiona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rodziców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……….…………………………………………………..…………………...............................................</w:t>
      </w:r>
    </w:p>
    <w:p w14:paraId="3832B2AC" w14:textId="3CAAB3CE" w:rsidR="007C1D60" w:rsidRPr="00560522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</w:rPr>
      </w:pPr>
      <w:proofErr w:type="spellStart"/>
      <w:r w:rsidRPr="00560522">
        <w:rPr>
          <w:rFonts w:ascii="Calibri" w:hAnsi="Calibri" w:cs="Calibri"/>
          <w:sz w:val="24"/>
          <w:szCs w:val="24"/>
        </w:rPr>
        <w:t>Nazwisko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panieńskie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560522">
        <w:rPr>
          <w:rFonts w:ascii="Calibri" w:hAnsi="Calibri" w:cs="Calibri"/>
          <w:sz w:val="24"/>
          <w:szCs w:val="24"/>
        </w:rPr>
        <w:t>dla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mężatek</w:t>
      </w:r>
      <w:proofErr w:type="spellEnd"/>
      <w:r w:rsidRPr="00560522">
        <w:rPr>
          <w:rFonts w:ascii="Calibri" w:hAnsi="Calibri" w:cs="Calibri"/>
          <w:sz w:val="24"/>
          <w:szCs w:val="24"/>
        </w:rPr>
        <w:t>) …………………………………………………………………………………………………</w:t>
      </w:r>
    </w:p>
    <w:p w14:paraId="0BFD3F16" w14:textId="1A108F31" w:rsidR="007C1D60" w:rsidRPr="00560522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</w:rPr>
      </w:pPr>
      <w:r w:rsidRPr="00560522">
        <w:rPr>
          <w:rFonts w:ascii="Calibri" w:hAnsi="Calibri" w:cs="Calibri"/>
          <w:sz w:val="24"/>
          <w:szCs w:val="24"/>
        </w:rPr>
        <w:t xml:space="preserve">Data </w:t>
      </w:r>
      <w:proofErr w:type="spellStart"/>
      <w:r w:rsidRPr="00560522">
        <w:rPr>
          <w:rFonts w:ascii="Calibri" w:hAnsi="Calibri" w:cs="Calibri"/>
          <w:sz w:val="24"/>
          <w:szCs w:val="24"/>
        </w:rPr>
        <w:t>i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miejsce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sz w:val="24"/>
          <w:szCs w:val="24"/>
        </w:rPr>
        <w:t>urodzenia</w:t>
      </w:r>
      <w:proofErr w:type="spellEnd"/>
      <w:r w:rsidRPr="00560522">
        <w:rPr>
          <w:rFonts w:ascii="Calibri" w:hAnsi="Calibri" w:cs="Calibri"/>
          <w:sz w:val="24"/>
          <w:szCs w:val="24"/>
        </w:rPr>
        <w:t xml:space="preserve"> ……….…………….…………………………………………………………………………………………</w:t>
      </w:r>
    </w:p>
    <w:p w14:paraId="0D69F73A" w14:textId="381C4273" w:rsidR="007C1D60" w:rsidRPr="00560522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</w:rPr>
      </w:pPr>
      <w:r w:rsidRPr="00560522">
        <w:rPr>
          <w:rFonts w:ascii="Calibri" w:hAnsi="Calibri" w:cs="Calibri"/>
          <w:sz w:val="24"/>
          <w:szCs w:val="24"/>
        </w:rPr>
        <w:t>PESEL ..…………………………………………………………………………………............…………………………………………….</w:t>
      </w:r>
    </w:p>
    <w:p w14:paraId="353E2371" w14:textId="77777777" w:rsidR="007C1D60" w:rsidRPr="00560522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560522">
        <w:rPr>
          <w:rFonts w:ascii="Calibri" w:hAnsi="Calibri" w:cs="Calibri"/>
          <w:b/>
          <w:sz w:val="24"/>
          <w:szCs w:val="24"/>
        </w:rPr>
        <w:t xml:space="preserve">2. </w:t>
      </w:r>
      <w:proofErr w:type="spellStart"/>
      <w:r w:rsidRPr="00560522">
        <w:rPr>
          <w:rFonts w:ascii="Calibri" w:hAnsi="Calibri" w:cs="Calibri"/>
          <w:b/>
          <w:sz w:val="24"/>
          <w:szCs w:val="24"/>
        </w:rPr>
        <w:t>Adres</w:t>
      </w:r>
      <w:proofErr w:type="spellEnd"/>
      <w:r w:rsidRPr="00560522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b/>
          <w:sz w:val="24"/>
          <w:szCs w:val="24"/>
        </w:rPr>
        <w:t>zamieszkania</w:t>
      </w:r>
      <w:proofErr w:type="spellEnd"/>
      <w:r w:rsidRPr="00560522">
        <w:rPr>
          <w:rFonts w:ascii="Calibri" w:hAnsi="Calibri" w:cs="Calibri"/>
          <w:b/>
          <w:sz w:val="24"/>
          <w:szCs w:val="24"/>
        </w:rPr>
        <w:t>:</w:t>
      </w:r>
    </w:p>
    <w:p w14:paraId="2BE288CF" w14:textId="136069BD" w:rsidR="007C1D60" w:rsidRPr="005A2C5E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Ulica ………………………………………………….. Nr domu …………………. Nr  mieszkania …….…………………………</w:t>
      </w:r>
    </w:p>
    <w:p w14:paraId="2CA7301D" w14:textId="513D5F9A" w:rsidR="007C1D60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M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iejscowość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……………………………………….………………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K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 xml:space="preserve">od 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pocztowy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………………………………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………………….</w:t>
      </w:r>
    </w:p>
    <w:p w14:paraId="24ED83E1" w14:textId="77777777" w:rsidR="007C1D60" w:rsidRPr="005A2C5E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3. Adres do korespondencji:</w:t>
      </w:r>
    </w:p>
    <w:p w14:paraId="6A3CA28A" w14:textId="77777777" w:rsidR="00560522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Ulica ………………………………………………….. Nr domu …………………. Nr  mieszkania …….…………………………</w:t>
      </w:r>
    </w:p>
    <w:p w14:paraId="3334862A" w14:textId="77777777" w:rsidR="00560522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Miejscowość ……………………………………….……………… Kod pocztowy ………………………………………………….</w:t>
      </w:r>
    </w:p>
    <w:p w14:paraId="4C78E4F3" w14:textId="77777777" w:rsidR="007C1D60" w:rsidRPr="005A2C5E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4. Dane kontaktowe:</w:t>
      </w:r>
    </w:p>
    <w:p w14:paraId="54F417F7" w14:textId="1D0A268F" w:rsidR="007C1D60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T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el. …………………………………………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A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dres mailowy……………………………………………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………………………………</w:t>
      </w:r>
    </w:p>
    <w:p w14:paraId="334848D4" w14:textId="77777777" w:rsidR="007C1D60" w:rsidRPr="005A2C5E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5. Wykształcenie:</w:t>
      </w:r>
    </w:p>
    <w:p w14:paraId="73EA83C7" w14:textId="50EECCC4" w:rsidR="007C1D60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N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azwa uczelni wyższej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………….……………………………………………….……………………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………………………………….</w:t>
      </w:r>
    </w:p>
    <w:p w14:paraId="36A98AC8" w14:textId="0CE8FCCB" w:rsidR="007C1D60" w:rsidRPr="005A2C5E" w:rsidRDefault="00560522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R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ok ukończenia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………………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………………… T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ytuł…………………............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N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r dyplomu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………….........................</w:t>
      </w:r>
    </w:p>
    <w:p w14:paraId="213DF685" w14:textId="77777777" w:rsidR="007C1D60" w:rsidRPr="005A2C5E" w:rsidRDefault="007C1D60" w:rsidP="00560522">
      <w:pPr>
        <w:spacing w:after="120" w:line="360" w:lineRule="auto"/>
        <w:ind w:left="360"/>
        <w:contextualSpacing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6. Dowód tożsamości :</w:t>
      </w:r>
    </w:p>
    <w:p w14:paraId="342972A3" w14:textId="61EB2B7F" w:rsidR="007C1D60" w:rsidRPr="005A2C5E" w:rsidRDefault="00560522" w:rsidP="00560522">
      <w:pPr>
        <w:spacing w:line="360" w:lineRule="auto"/>
        <w:ind w:firstLine="360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S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eria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……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………………………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5A2C5E">
        <w:rPr>
          <w:rFonts w:ascii="Calibri" w:hAnsi="Calibri" w:cs="Calibri"/>
          <w:sz w:val="24"/>
          <w:szCs w:val="24"/>
          <w:lang w:val="pl-PL"/>
        </w:rPr>
        <w:t>N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r …….…</w:t>
      </w:r>
      <w:r w:rsidRPr="005A2C5E">
        <w:rPr>
          <w:rFonts w:ascii="Calibri" w:hAnsi="Calibri" w:cs="Calibri"/>
          <w:sz w:val="24"/>
          <w:szCs w:val="24"/>
          <w:lang w:val="pl-PL"/>
        </w:rPr>
        <w:t>………………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5A2C5E">
        <w:rPr>
          <w:rFonts w:ascii="Calibri" w:hAnsi="Calibri" w:cs="Calibri"/>
          <w:sz w:val="24"/>
          <w:szCs w:val="24"/>
          <w:lang w:val="pl-PL"/>
        </w:rPr>
        <w:t>W</w:t>
      </w:r>
      <w:r w:rsidR="007C1D60" w:rsidRPr="005A2C5E">
        <w:rPr>
          <w:rFonts w:ascii="Calibri" w:hAnsi="Calibri" w:cs="Calibri"/>
          <w:sz w:val="24"/>
          <w:szCs w:val="24"/>
          <w:lang w:val="pl-PL"/>
        </w:rPr>
        <w:t>ydany przez …………………………………….……………….…..</w:t>
      </w:r>
    </w:p>
    <w:p w14:paraId="3B9D3FE7" w14:textId="77777777" w:rsidR="00560522" w:rsidRPr="005A2C5E" w:rsidRDefault="00560522" w:rsidP="00560522">
      <w:pPr>
        <w:ind w:firstLine="360"/>
        <w:rPr>
          <w:rFonts w:ascii="Calibri" w:hAnsi="Calibri" w:cs="Calibri"/>
          <w:b/>
          <w:sz w:val="24"/>
          <w:szCs w:val="24"/>
          <w:lang w:val="pl-PL"/>
        </w:rPr>
      </w:pPr>
    </w:p>
    <w:p w14:paraId="7F69127C" w14:textId="77777777" w:rsidR="00560522" w:rsidRPr="005A2C5E" w:rsidRDefault="00560522" w:rsidP="00560522">
      <w:pPr>
        <w:ind w:firstLine="360"/>
        <w:rPr>
          <w:rFonts w:ascii="Calibri" w:hAnsi="Calibri" w:cs="Calibri"/>
          <w:b/>
          <w:sz w:val="24"/>
          <w:szCs w:val="24"/>
          <w:lang w:val="pl-PL"/>
        </w:rPr>
      </w:pPr>
    </w:p>
    <w:p w14:paraId="304E4260" w14:textId="77777777" w:rsidR="00560522" w:rsidRPr="005A2C5E" w:rsidRDefault="00560522">
      <w:pPr>
        <w:spacing w:after="0" w:line="240" w:lineRule="auto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br w:type="page"/>
      </w:r>
    </w:p>
    <w:p w14:paraId="6D160AB5" w14:textId="77777777" w:rsidR="00560522" w:rsidRPr="005A2C5E" w:rsidRDefault="00560522" w:rsidP="00560522">
      <w:pPr>
        <w:ind w:firstLine="360"/>
        <w:rPr>
          <w:rFonts w:ascii="Calibri" w:hAnsi="Calibri" w:cs="Calibri"/>
          <w:b/>
          <w:sz w:val="24"/>
          <w:szCs w:val="24"/>
          <w:lang w:val="pl-PL"/>
        </w:rPr>
      </w:pPr>
    </w:p>
    <w:p w14:paraId="351FAF8E" w14:textId="45551BBD" w:rsidR="007C1D60" w:rsidRPr="005A2C5E" w:rsidRDefault="007C1D60" w:rsidP="00560522">
      <w:pPr>
        <w:ind w:firstLine="360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Informacja dot. przetwarzania danych osobowych – KANDYDACI I SŁUCHACZE</w:t>
      </w:r>
    </w:p>
    <w:p w14:paraId="1B9EBA59" w14:textId="77777777" w:rsidR="007C1D60" w:rsidRPr="005A2C5E" w:rsidRDefault="007C1D60" w:rsidP="007C1D60">
      <w:pPr>
        <w:spacing w:before="120" w:after="120"/>
        <w:ind w:left="426" w:right="707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Zgodnie z art. 13 ust. 1 i ust. 2 ogólnego rozporządzenia o ochronie danych osobowych z dnia 27 kwietnia 2016 r. Uniwersytet Jana Długosza w Częstochowie informuje, że:</w:t>
      </w:r>
    </w:p>
    <w:p w14:paraId="335FA10E" w14:textId="77777777" w:rsidR="007C1D60" w:rsidRPr="00560522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 xml:space="preserve">administratorem Pani/Pana danych osobowych jest Uniwersytet Jana Długosza w Częstochowie, ul.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Waszyngtona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4/8, 42-200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Częstochowa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>;</w:t>
      </w:r>
    </w:p>
    <w:p w14:paraId="76B25CD1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 xml:space="preserve">dane kontaktowe inspektora ochrony danych w Uniwersytecie Jana Długosza w Częstochowie: e-mail: </w:t>
      </w:r>
      <w:hyperlink r:id="rId8">
        <w:r w:rsidRPr="005A2C5E">
          <w:rPr>
            <w:rStyle w:val="czeinternetowe"/>
            <w:rFonts w:ascii="Calibri" w:hAnsi="Calibri" w:cs="Calibri"/>
            <w:sz w:val="24"/>
            <w:szCs w:val="24"/>
            <w:lang w:val="pl-PL"/>
          </w:rPr>
          <w:t>iod@ujd.edu.pl</w:t>
        </w:r>
      </w:hyperlink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, tel. 34 37-84-133;</w:t>
      </w:r>
    </w:p>
    <w:p w14:paraId="339FA9C0" w14:textId="77777777" w:rsidR="007C1D60" w:rsidRPr="00560522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 xml:space="preserve">Pani/Pana dane osobowe przetwarzane będą w celu realizacji procesu rekrutacji, a następnie procesu kształcenia oraz ewentualnego przyznania pomocy materialnej, stypendium doktoranckiego.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Przetwarzanie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jest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niezbędne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do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wypełnienia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obowiązku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prawnego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 xml:space="preserve"> </w:t>
      </w:r>
      <w:proofErr w:type="spellStart"/>
      <w:r w:rsidRPr="00560522">
        <w:rPr>
          <w:rFonts w:ascii="Calibri" w:hAnsi="Calibri" w:cs="Calibri"/>
          <w:color w:val="404040"/>
          <w:sz w:val="24"/>
          <w:szCs w:val="24"/>
        </w:rPr>
        <w:t>administratora</w:t>
      </w:r>
      <w:proofErr w:type="spellEnd"/>
      <w:r w:rsidRPr="00560522">
        <w:rPr>
          <w:rFonts w:ascii="Calibri" w:hAnsi="Calibri" w:cs="Calibri"/>
          <w:color w:val="404040"/>
          <w:sz w:val="24"/>
          <w:szCs w:val="24"/>
        </w:rPr>
        <w:t>;</w:t>
      </w:r>
    </w:p>
    <w:p w14:paraId="0F3FECEA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odbiorcą Pani/Pana danych osobowych będą: podmiot przyjmujący na praktyki zawodowe oraz ubezpieczyciel (w przypadku korzystania z oferowanego za pośrednictwem administratora ubezpieczenia NNW);</w:t>
      </w:r>
    </w:p>
    <w:p w14:paraId="22708F65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color w:val="404040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Pani/Pana dane osobowe nie będą przekazywane do państwa trzeciego/organizacji międzynarodowej;</w:t>
      </w:r>
    </w:p>
    <w:p w14:paraId="5339ECFB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color w:val="404040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 xml:space="preserve">Pani/Pana dane osobowe będą przechowywane przez okres wymagany przepisami obowiązującego prawa – 50 lat, a w przypadku, gdy kandydat nie przejdzie pomyślnie procesu rekrutacyjnego dane zostaną usunięte po 6 miesiącach od zakończenia elektronicznej rekrutacji, a w zakresie danych zawartych w albumie studentów - bezterminowo; </w:t>
      </w:r>
    </w:p>
    <w:p w14:paraId="70454A79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posiada Pani/Pan prawo dostępu do treści swoich danych oraz prawo ich sprostowania, prawo do ograniczenia przetwarzania;</w:t>
      </w:r>
    </w:p>
    <w:p w14:paraId="2D46F660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color w:val="404040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14:paraId="16668271" w14:textId="77777777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podanie przez Panią/Pana danych osobowych jest wymogiem ustawowym. Jest Pani/Pan zobowiązana do ich podania, a konsekwencją niepodania danych osobowych będzie brak możliwości</w:t>
      </w:r>
      <w:r w:rsidRPr="005A2C5E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przeprowadzenia procesu rekrutacji, a następnie procesu kształcenia/ zawarcia z Panią/Panem umowy;</w:t>
      </w:r>
    </w:p>
    <w:p w14:paraId="1D081CFC" w14:textId="2CB13345" w:rsidR="007C1D60" w:rsidRPr="005A2C5E" w:rsidRDefault="007C1D60" w:rsidP="007C1D60">
      <w:pPr>
        <w:pStyle w:val="Akapitzlist"/>
        <w:numPr>
          <w:ilvl w:val="0"/>
          <w:numId w:val="10"/>
        </w:numPr>
        <w:spacing w:after="120" w:line="240" w:lineRule="auto"/>
        <w:ind w:left="426" w:right="707" w:firstLine="0"/>
        <w:jc w:val="both"/>
        <w:rPr>
          <w:rFonts w:ascii="Calibri" w:hAnsi="Calibri" w:cs="Calibri"/>
          <w:color w:val="404040"/>
          <w:sz w:val="24"/>
          <w:szCs w:val="24"/>
          <w:lang w:val="pl-PL"/>
        </w:rPr>
      </w:pPr>
      <w:r w:rsidRPr="005A2C5E">
        <w:rPr>
          <w:rFonts w:ascii="Calibri" w:hAnsi="Calibri" w:cs="Calibri"/>
          <w:color w:val="404040"/>
          <w:sz w:val="24"/>
          <w:szCs w:val="24"/>
          <w:lang w:val="pl-PL"/>
        </w:rPr>
        <w:t>Pani/Pana dane nie będą przetwarzane w sposób zautomatyzowany w tym w formie profilowania.</w:t>
      </w:r>
      <w:bookmarkStart w:id="0" w:name="_GoBack"/>
      <w:bookmarkEnd w:id="0"/>
    </w:p>
    <w:tbl>
      <w:tblPr>
        <w:tblW w:w="9256" w:type="dxa"/>
        <w:tblInd w:w="108" w:type="dxa"/>
        <w:tblLook w:val="0000" w:firstRow="0" w:lastRow="0" w:firstColumn="0" w:lastColumn="0" w:noHBand="0" w:noVBand="0"/>
      </w:tblPr>
      <w:tblGrid>
        <w:gridCol w:w="4187"/>
        <w:gridCol w:w="5069"/>
      </w:tblGrid>
      <w:tr w:rsidR="007C1D60" w:rsidRPr="005A2C5E" w14:paraId="4D4F7BE7" w14:textId="77777777" w:rsidTr="003437B6">
        <w:tc>
          <w:tcPr>
            <w:tcW w:w="4497" w:type="dxa"/>
            <w:shd w:val="clear" w:color="auto" w:fill="auto"/>
          </w:tcPr>
          <w:p w14:paraId="5B4CB78D" w14:textId="77777777" w:rsidR="007C1D60" w:rsidRPr="005A2C5E" w:rsidRDefault="007C1D60" w:rsidP="003437B6">
            <w:pPr>
              <w:snapToGrid w:val="0"/>
              <w:ind w:left="426" w:right="707"/>
              <w:jc w:val="center"/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</w:pPr>
          </w:p>
          <w:p w14:paraId="292A8B6B" w14:textId="77777777" w:rsidR="007C1D60" w:rsidRPr="00560522" w:rsidRDefault="007C1D60" w:rsidP="003437B6">
            <w:pPr>
              <w:ind w:left="426" w:right="707"/>
              <w:jc w:val="center"/>
              <w:rPr>
                <w:rFonts w:ascii="Calibri" w:hAnsi="Calibri" w:cs="Calibri"/>
                <w:i/>
                <w:color w:val="404040"/>
                <w:sz w:val="24"/>
                <w:szCs w:val="24"/>
              </w:rPr>
            </w:pPr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…………………………………</w:t>
            </w:r>
          </w:p>
          <w:p w14:paraId="603350A0" w14:textId="77777777" w:rsidR="007C1D60" w:rsidRPr="00560522" w:rsidRDefault="007C1D60" w:rsidP="003437B6">
            <w:pPr>
              <w:pStyle w:val="Akapitzlist"/>
              <w:ind w:left="426" w:right="707"/>
              <w:jc w:val="center"/>
              <w:rPr>
                <w:rFonts w:ascii="Calibri" w:hAnsi="Calibri" w:cs="Calibri"/>
                <w:color w:val="404040"/>
                <w:sz w:val="24"/>
                <w:szCs w:val="24"/>
              </w:rPr>
            </w:pPr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Data</w:t>
            </w:r>
          </w:p>
        </w:tc>
        <w:tc>
          <w:tcPr>
            <w:tcW w:w="4759" w:type="dxa"/>
            <w:shd w:val="clear" w:color="auto" w:fill="auto"/>
          </w:tcPr>
          <w:p w14:paraId="2BA8F247" w14:textId="77777777" w:rsidR="007C1D60" w:rsidRPr="005A2C5E" w:rsidRDefault="007C1D60" w:rsidP="003437B6">
            <w:pPr>
              <w:pStyle w:val="Akapitzlist"/>
              <w:ind w:left="426" w:right="707"/>
              <w:jc w:val="center"/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  <w:t>Przyjmuję do wiadomości</w:t>
            </w:r>
          </w:p>
          <w:p w14:paraId="0B6353B4" w14:textId="77777777" w:rsidR="007C1D60" w:rsidRPr="005A2C5E" w:rsidRDefault="007C1D60" w:rsidP="003437B6">
            <w:pPr>
              <w:pStyle w:val="Akapitzlist"/>
              <w:ind w:left="426" w:right="707"/>
              <w:jc w:val="center"/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</w:pPr>
          </w:p>
          <w:p w14:paraId="7C8EE5EC" w14:textId="77777777" w:rsidR="007C1D60" w:rsidRPr="005A2C5E" w:rsidRDefault="007C1D60" w:rsidP="003437B6">
            <w:pPr>
              <w:pStyle w:val="Akapitzlist"/>
              <w:ind w:left="426" w:right="707"/>
              <w:jc w:val="center"/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  <w:t>……………..…………………………………………..</w:t>
            </w:r>
          </w:p>
          <w:p w14:paraId="11177E28" w14:textId="77777777" w:rsidR="007C1D60" w:rsidRPr="005A2C5E" w:rsidRDefault="007C1D60" w:rsidP="003437B6">
            <w:pPr>
              <w:pStyle w:val="Akapitzlist"/>
              <w:ind w:left="426" w:right="707"/>
              <w:jc w:val="center"/>
              <w:rPr>
                <w:rFonts w:ascii="Calibri" w:hAnsi="Calibri" w:cs="Calibri"/>
                <w:color w:val="404040"/>
                <w:sz w:val="24"/>
                <w:szCs w:val="24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4"/>
                <w:szCs w:val="24"/>
                <w:lang w:val="pl-PL"/>
              </w:rPr>
              <w:t xml:space="preserve">Podpis osoby </w:t>
            </w:r>
          </w:p>
        </w:tc>
      </w:tr>
    </w:tbl>
    <w:p w14:paraId="7507DE20" w14:textId="09B87716" w:rsidR="00560522" w:rsidRPr="005A2C5E" w:rsidRDefault="00560522" w:rsidP="00560522">
      <w:pPr>
        <w:spacing w:before="120" w:after="120" w:line="240" w:lineRule="auto"/>
        <w:ind w:right="-257"/>
        <w:jc w:val="both"/>
        <w:rPr>
          <w:rFonts w:ascii="Calibri" w:hAnsi="Calibri" w:cs="Calibri"/>
          <w:b/>
          <w:color w:val="404040"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color w:val="404040"/>
          <w:sz w:val="24"/>
          <w:szCs w:val="24"/>
          <w:lang w:val="pl-PL"/>
        </w:rPr>
        <w:t>Informacja dot. przetwarzania danych osobowych – KANDYDACI, STUDENCI, DOKTORANCI I UCZESTNICY STUDIÓW PODYPLOMOWYCH</w:t>
      </w:r>
    </w:p>
    <w:tbl>
      <w:tblPr>
        <w:tblpPr w:leftFromText="141" w:rightFromText="141" w:vertAnchor="text" w:horzAnchor="margin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2"/>
        <w:gridCol w:w="3261"/>
      </w:tblGrid>
      <w:tr w:rsidR="00560522" w:rsidRPr="00560522" w14:paraId="27650378" w14:textId="77777777" w:rsidTr="003437B6">
        <w:trPr>
          <w:trHeight w:val="577"/>
        </w:trPr>
        <w:tc>
          <w:tcPr>
            <w:tcW w:w="5562" w:type="dxa"/>
            <w:shd w:val="clear" w:color="auto" w:fill="auto"/>
          </w:tcPr>
          <w:p w14:paraId="49E15C66" w14:textId="77777777" w:rsidR="00560522" w:rsidRPr="00560522" w:rsidRDefault="00560522" w:rsidP="00560522">
            <w:pPr>
              <w:spacing w:after="120" w:line="240" w:lineRule="auto"/>
              <w:contextualSpacing/>
              <w:rPr>
                <w:rFonts w:ascii="Calibri" w:hAnsi="Calibri" w:cs="Calibri"/>
                <w:i/>
                <w:color w:val="404040"/>
                <w:sz w:val="24"/>
                <w:szCs w:val="24"/>
              </w:rPr>
            </w:pP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Imię</w:t>
            </w:r>
            <w:proofErr w:type="spellEnd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 xml:space="preserve"> </w:t>
            </w: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i</w:t>
            </w:r>
            <w:proofErr w:type="spellEnd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 xml:space="preserve"> </w:t>
            </w: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14:paraId="65A288BF" w14:textId="77777777" w:rsidR="00560522" w:rsidRPr="00560522" w:rsidRDefault="00560522" w:rsidP="00560522">
            <w:pPr>
              <w:spacing w:after="0" w:line="240" w:lineRule="auto"/>
              <w:contextualSpacing/>
              <w:jc w:val="both"/>
              <w:rPr>
                <w:rFonts w:ascii="Calibri" w:hAnsi="Calibri" w:cs="Calibri"/>
                <w:color w:val="404040"/>
                <w:sz w:val="24"/>
                <w:szCs w:val="24"/>
              </w:rPr>
            </w:pP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Numer</w:t>
            </w:r>
            <w:proofErr w:type="spellEnd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 xml:space="preserve"> </w:t>
            </w: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albumu</w:t>
            </w:r>
            <w:proofErr w:type="spellEnd"/>
          </w:p>
        </w:tc>
      </w:tr>
      <w:tr w:rsidR="00560522" w:rsidRPr="00560522" w14:paraId="464A3D72" w14:textId="77777777" w:rsidTr="003437B6">
        <w:trPr>
          <w:trHeight w:val="532"/>
        </w:trPr>
        <w:tc>
          <w:tcPr>
            <w:tcW w:w="8823" w:type="dxa"/>
            <w:gridSpan w:val="2"/>
            <w:shd w:val="clear" w:color="auto" w:fill="auto"/>
          </w:tcPr>
          <w:p w14:paraId="6942E4A3" w14:textId="77777777" w:rsidR="00560522" w:rsidRPr="00560522" w:rsidRDefault="00560522" w:rsidP="00560522">
            <w:pPr>
              <w:spacing w:after="0" w:line="240" w:lineRule="auto"/>
              <w:contextualSpacing/>
              <w:jc w:val="both"/>
              <w:rPr>
                <w:rFonts w:ascii="Calibri" w:hAnsi="Calibri" w:cs="Calibri"/>
                <w:color w:val="404040"/>
                <w:sz w:val="24"/>
                <w:szCs w:val="24"/>
              </w:rPr>
            </w:pP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Jednostka</w:t>
            </w:r>
            <w:proofErr w:type="spellEnd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 xml:space="preserve"> </w:t>
            </w:r>
            <w:proofErr w:type="spellStart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Uczelni</w:t>
            </w:r>
            <w:proofErr w:type="spellEnd"/>
            <w:r w:rsidRPr="00560522">
              <w:rPr>
                <w:rFonts w:ascii="Calibri" w:hAnsi="Calibri" w:cs="Calibri"/>
                <w:i/>
                <w:color w:val="404040"/>
                <w:sz w:val="24"/>
                <w:szCs w:val="24"/>
              </w:rPr>
              <w:t>:</w:t>
            </w:r>
          </w:p>
        </w:tc>
      </w:tr>
    </w:tbl>
    <w:p w14:paraId="29241E66" w14:textId="77777777" w:rsidR="00560522" w:rsidRPr="00560522" w:rsidRDefault="00560522" w:rsidP="00560522">
      <w:pPr>
        <w:spacing w:before="120" w:after="120" w:line="240" w:lineRule="auto"/>
        <w:ind w:right="-286"/>
        <w:jc w:val="both"/>
        <w:rPr>
          <w:rFonts w:ascii="Calibri" w:hAnsi="Calibri" w:cs="Calibri"/>
          <w:b/>
          <w:color w:val="404040"/>
          <w:sz w:val="24"/>
          <w:szCs w:val="24"/>
        </w:rPr>
      </w:pPr>
    </w:p>
    <w:p w14:paraId="69AEFCAE" w14:textId="77777777" w:rsidR="00560522" w:rsidRPr="00560522" w:rsidRDefault="00560522" w:rsidP="00560522">
      <w:pPr>
        <w:spacing w:before="120" w:after="120" w:line="240" w:lineRule="auto"/>
        <w:jc w:val="both"/>
        <w:rPr>
          <w:rFonts w:ascii="Calibri" w:hAnsi="Calibri" w:cs="Calibri"/>
          <w:color w:val="404040"/>
          <w:sz w:val="24"/>
          <w:szCs w:val="24"/>
        </w:rPr>
      </w:pPr>
    </w:p>
    <w:p w14:paraId="79207FF1" w14:textId="77777777" w:rsidR="00560522" w:rsidRPr="00560522" w:rsidRDefault="00560522" w:rsidP="00560522">
      <w:pPr>
        <w:spacing w:before="120" w:after="120" w:line="240" w:lineRule="auto"/>
        <w:jc w:val="both"/>
        <w:rPr>
          <w:rFonts w:ascii="Calibri" w:hAnsi="Calibri" w:cs="Calibri"/>
          <w:color w:val="404040"/>
          <w:sz w:val="24"/>
          <w:szCs w:val="24"/>
        </w:rPr>
      </w:pPr>
    </w:p>
    <w:p w14:paraId="6ED92D7E" w14:textId="77777777" w:rsidR="00560522" w:rsidRPr="00560522" w:rsidRDefault="00560522" w:rsidP="00560522">
      <w:pPr>
        <w:spacing w:before="120" w:after="120" w:line="240" w:lineRule="auto"/>
        <w:jc w:val="both"/>
        <w:rPr>
          <w:rFonts w:ascii="Calibri" w:hAnsi="Calibri" w:cs="Calibri"/>
          <w:color w:val="404040"/>
          <w:sz w:val="24"/>
          <w:szCs w:val="24"/>
        </w:rPr>
      </w:pPr>
    </w:p>
    <w:p w14:paraId="1CB33F2D" w14:textId="77777777" w:rsidR="00560522" w:rsidRPr="005A2C5E" w:rsidRDefault="00560522" w:rsidP="00560522">
      <w:pPr>
        <w:spacing w:before="120" w:after="120" w:line="240" w:lineRule="auto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Zgodnie z art. 13 ust. 1 i ust. 2 ogólnego rozporządzenia o ochronie danych osobowych z dnia 27 kwietnia 2016 r. Uniwersytet Jana Długosza w Częstochowie informuje, że:</w:t>
      </w:r>
    </w:p>
    <w:p w14:paraId="238B5354" w14:textId="77777777" w:rsidR="00560522" w:rsidRPr="00E4310B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 xml:space="preserve">administratorem Pani/Pana danych osobowych jest Uniwersytet Jana Długosza w Częstochowie, ul. </w:t>
      </w:r>
      <w:proofErr w:type="spellStart"/>
      <w:r w:rsidRPr="00E4310B">
        <w:rPr>
          <w:rFonts w:ascii="Calibri" w:hAnsi="Calibri" w:cs="Calibri"/>
          <w:color w:val="404040"/>
          <w:sz w:val="22"/>
        </w:rPr>
        <w:t>Waszyngtona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4/8, 42-200 </w:t>
      </w:r>
      <w:proofErr w:type="spellStart"/>
      <w:r w:rsidRPr="00E4310B">
        <w:rPr>
          <w:rFonts w:ascii="Calibri" w:hAnsi="Calibri" w:cs="Calibri"/>
          <w:color w:val="404040"/>
          <w:sz w:val="22"/>
        </w:rPr>
        <w:t>Częstochowa</w:t>
      </w:r>
      <w:proofErr w:type="spellEnd"/>
      <w:r w:rsidRPr="00E4310B">
        <w:rPr>
          <w:rFonts w:ascii="Calibri" w:hAnsi="Calibri" w:cs="Calibri"/>
          <w:color w:val="404040"/>
          <w:sz w:val="22"/>
        </w:rPr>
        <w:t>;</w:t>
      </w:r>
    </w:p>
    <w:p w14:paraId="330876E9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 xml:space="preserve">dane kontaktowe inspektora ochrony danych w Uniwersytecie Jana Długosza w Częstochowie: </w:t>
      </w:r>
      <w:r w:rsidRPr="005A2C5E">
        <w:rPr>
          <w:rFonts w:ascii="Calibri" w:hAnsi="Calibri" w:cs="Calibri"/>
          <w:color w:val="404040"/>
          <w:sz w:val="22"/>
          <w:lang w:val="pl-PL"/>
        </w:rPr>
        <w:br/>
        <w:t xml:space="preserve">e-mail: </w:t>
      </w:r>
      <w:hyperlink r:id="rId9" w:history="1">
        <w:r w:rsidRPr="005A2C5E">
          <w:rPr>
            <w:rStyle w:val="Hipercze"/>
            <w:rFonts w:ascii="Calibri" w:hAnsi="Calibri" w:cs="Calibri"/>
            <w:sz w:val="22"/>
            <w:lang w:val="pl-PL"/>
          </w:rPr>
          <w:t>iod@ujd.edu.pl</w:t>
        </w:r>
      </w:hyperlink>
      <w:r w:rsidRPr="005A2C5E">
        <w:rPr>
          <w:rFonts w:ascii="Calibri" w:hAnsi="Calibri" w:cs="Calibri"/>
          <w:color w:val="404040"/>
          <w:sz w:val="22"/>
          <w:lang w:val="pl-PL"/>
        </w:rPr>
        <w:t>, tel. 34 37-84-133;</w:t>
      </w:r>
    </w:p>
    <w:p w14:paraId="66C6A7BA" w14:textId="77777777" w:rsidR="00560522" w:rsidRPr="00E4310B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 xml:space="preserve">Pani/Pana dane osobowe przetwarzane będą w celu realizacji procesu rekrutacji, a następnie procesu kształcenia oraz ewentualnego przyznania pomocy materialnej, stypendium doktoranckiego. </w:t>
      </w:r>
      <w:proofErr w:type="spellStart"/>
      <w:r w:rsidRPr="00E4310B">
        <w:rPr>
          <w:rFonts w:ascii="Calibri" w:hAnsi="Calibri" w:cs="Calibri"/>
          <w:color w:val="404040"/>
          <w:sz w:val="22"/>
        </w:rPr>
        <w:t>Przetwarzanie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jest </w:t>
      </w:r>
      <w:proofErr w:type="spellStart"/>
      <w:r w:rsidRPr="00E4310B">
        <w:rPr>
          <w:rFonts w:ascii="Calibri" w:hAnsi="Calibri" w:cs="Calibri"/>
          <w:color w:val="404040"/>
          <w:sz w:val="22"/>
        </w:rPr>
        <w:t>niezbędne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do </w:t>
      </w:r>
      <w:proofErr w:type="spellStart"/>
      <w:r w:rsidRPr="00E4310B">
        <w:rPr>
          <w:rFonts w:ascii="Calibri" w:hAnsi="Calibri" w:cs="Calibri"/>
          <w:color w:val="404040"/>
          <w:sz w:val="22"/>
        </w:rPr>
        <w:t>wypełnienia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</w:t>
      </w:r>
      <w:proofErr w:type="spellStart"/>
      <w:r w:rsidRPr="00E4310B">
        <w:rPr>
          <w:rFonts w:ascii="Calibri" w:hAnsi="Calibri" w:cs="Calibri"/>
          <w:color w:val="404040"/>
          <w:sz w:val="22"/>
        </w:rPr>
        <w:t>obowiązku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</w:t>
      </w:r>
      <w:proofErr w:type="spellStart"/>
      <w:r w:rsidRPr="00E4310B">
        <w:rPr>
          <w:rFonts w:ascii="Calibri" w:hAnsi="Calibri" w:cs="Calibri"/>
          <w:color w:val="404040"/>
          <w:sz w:val="22"/>
        </w:rPr>
        <w:t>prawnego</w:t>
      </w:r>
      <w:proofErr w:type="spellEnd"/>
      <w:r w:rsidRPr="00E4310B">
        <w:rPr>
          <w:rFonts w:ascii="Calibri" w:hAnsi="Calibri" w:cs="Calibri"/>
          <w:color w:val="404040"/>
          <w:sz w:val="22"/>
        </w:rPr>
        <w:t xml:space="preserve"> </w:t>
      </w:r>
      <w:proofErr w:type="spellStart"/>
      <w:r w:rsidRPr="00E4310B">
        <w:rPr>
          <w:rFonts w:ascii="Calibri" w:hAnsi="Calibri" w:cs="Calibri"/>
          <w:color w:val="404040"/>
          <w:sz w:val="22"/>
        </w:rPr>
        <w:t>administratora</w:t>
      </w:r>
      <w:proofErr w:type="spellEnd"/>
      <w:r w:rsidRPr="00E4310B">
        <w:rPr>
          <w:rFonts w:ascii="Calibri" w:hAnsi="Calibri" w:cs="Calibri"/>
          <w:color w:val="404040"/>
          <w:sz w:val="22"/>
        </w:rPr>
        <w:t>;</w:t>
      </w:r>
    </w:p>
    <w:p w14:paraId="6E1D77AA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odbiorcą Pani/Pana danych osobowych będą: podmiot przyjmujący na praktyki zawodowe oraz ubezpieczyciel (w przypadku korzystania z oferowanego za pośrednictwem administratora ubezpieczenia NNW);</w:t>
      </w:r>
    </w:p>
    <w:p w14:paraId="7B84A094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Pani/Pana dane osobowe nie będą przekazywane do państwa trzeciego/organizacji międzynarodowej;</w:t>
      </w:r>
    </w:p>
    <w:p w14:paraId="2A11364B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 xml:space="preserve">Pani/Pana dane osobowe będą przechowywane przez okres wymagany przepisami obowiązującego prawa – 50 lat, a w przypadku, gdy kandydat nie przejdzie pomyślnie procesu rekrutacyjnego dane zostaną usunięte po 6 miesiącach od zakończenia elektronicznej rekrutacji, a w zakresie danych zawartych w albumie studentów - bezterminowo; </w:t>
      </w:r>
    </w:p>
    <w:p w14:paraId="715C9DB4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posiada Pani/Pan prawo dostępu do treści swoich danych oraz prawo ich sprostowania, prawo do ograniczenia przetwarzania;</w:t>
      </w:r>
    </w:p>
    <w:p w14:paraId="091B0704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14:paraId="6CE8EB68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podanie przez Panią/Pana danych osobowych jest wymogiem ustawowym. Jest Pani/Pan zobowiązana do ich podania, a konsekwencją niepodania danych osobowych będzie brak możliwości</w:t>
      </w:r>
      <w:r w:rsidRPr="005A2C5E">
        <w:rPr>
          <w:rFonts w:ascii="Calibri" w:hAnsi="Calibri" w:cs="Calibri"/>
          <w:sz w:val="22"/>
          <w:lang w:val="pl-PL"/>
        </w:rPr>
        <w:t xml:space="preserve"> </w:t>
      </w:r>
      <w:r w:rsidRPr="005A2C5E">
        <w:rPr>
          <w:rFonts w:ascii="Calibri" w:hAnsi="Calibri" w:cs="Calibri"/>
          <w:color w:val="404040"/>
          <w:sz w:val="22"/>
          <w:lang w:val="pl-PL"/>
        </w:rPr>
        <w:t>przeprowadzenia procesu rekrutacji, a następnie procesu kształcenia/ zawarcia z Panią/Panem umowy;</w:t>
      </w:r>
    </w:p>
    <w:p w14:paraId="3E9BF582" w14:textId="77777777" w:rsidR="00560522" w:rsidRPr="005A2C5E" w:rsidRDefault="00560522" w:rsidP="00560522">
      <w:pPr>
        <w:pStyle w:val="Akapitzlist"/>
        <w:numPr>
          <w:ilvl w:val="0"/>
          <w:numId w:val="12"/>
        </w:numPr>
        <w:spacing w:after="120" w:line="240" w:lineRule="auto"/>
        <w:ind w:left="426"/>
        <w:jc w:val="both"/>
        <w:rPr>
          <w:rFonts w:ascii="Calibri" w:hAnsi="Calibri" w:cs="Calibri"/>
          <w:color w:val="404040"/>
          <w:sz w:val="22"/>
          <w:lang w:val="pl-PL"/>
        </w:rPr>
      </w:pPr>
      <w:r w:rsidRPr="005A2C5E">
        <w:rPr>
          <w:rFonts w:ascii="Calibri" w:hAnsi="Calibri" w:cs="Calibri"/>
          <w:color w:val="404040"/>
          <w:sz w:val="22"/>
          <w:lang w:val="pl-PL"/>
        </w:rPr>
        <w:t>Pani/Pana dane nie będą przetwarzane w sposób zautomatyzowany w tym w formie profilowania.</w:t>
      </w:r>
    </w:p>
    <w:p w14:paraId="00265878" w14:textId="77777777" w:rsidR="00560522" w:rsidRPr="005A2C5E" w:rsidRDefault="00560522" w:rsidP="00560522">
      <w:pPr>
        <w:spacing w:after="120" w:line="240" w:lineRule="auto"/>
        <w:ind w:left="66"/>
        <w:jc w:val="both"/>
        <w:rPr>
          <w:rFonts w:ascii="Calibri" w:hAnsi="Calibri" w:cs="Calibri"/>
          <w:color w:val="404040"/>
          <w:sz w:val="22"/>
          <w:lang w:val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7"/>
        <w:gridCol w:w="4434"/>
      </w:tblGrid>
      <w:tr w:rsidR="00560522" w:rsidRPr="005A2C5E" w14:paraId="354974F6" w14:textId="77777777" w:rsidTr="003437B6">
        <w:tc>
          <w:tcPr>
            <w:tcW w:w="4497" w:type="dxa"/>
            <w:shd w:val="clear" w:color="auto" w:fill="auto"/>
          </w:tcPr>
          <w:p w14:paraId="5A1C97B5" w14:textId="77777777" w:rsidR="00560522" w:rsidRPr="005A2C5E" w:rsidRDefault="00560522" w:rsidP="003437B6">
            <w:pPr>
              <w:spacing w:after="0" w:line="240" w:lineRule="auto"/>
              <w:jc w:val="center"/>
              <w:rPr>
                <w:rFonts w:ascii="Calibri" w:hAnsi="Calibri" w:cs="Calibri"/>
                <w:i/>
                <w:color w:val="404040"/>
                <w:sz w:val="22"/>
                <w:lang w:val="pl-PL"/>
              </w:rPr>
            </w:pPr>
          </w:p>
          <w:p w14:paraId="15F4E9BA" w14:textId="77777777" w:rsidR="00560522" w:rsidRPr="00E4310B" w:rsidRDefault="00560522" w:rsidP="003437B6">
            <w:pPr>
              <w:spacing w:after="0" w:line="240" w:lineRule="auto"/>
              <w:jc w:val="center"/>
              <w:rPr>
                <w:rFonts w:ascii="Calibri" w:hAnsi="Calibri" w:cs="Calibri"/>
                <w:i/>
                <w:color w:val="404040"/>
                <w:sz w:val="22"/>
              </w:rPr>
            </w:pPr>
            <w:r w:rsidRPr="00E4310B">
              <w:rPr>
                <w:rFonts w:ascii="Calibri" w:hAnsi="Calibri" w:cs="Calibri"/>
                <w:i/>
                <w:color w:val="404040"/>
                <w:sz w:val="22"/>
              </w:rPr>
              <w:t>…………………………………</w:t>
            </w:r>
          </w:p>
          <w:p w14:paraId="6FB746CE" w14:textId="77777777" w:rsidR="00560522" w:rsidRPr="00E4310B" w:rsidRDefault="00560522" w:rsidP="003437B6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color w:val="404040"/>
                <w:sz w:val="22"/>
              </w:rPr>
            </w:pPr>
            <w:r w:rsidRPr="00E4310B">
              <w:rPr>
                <w:rFonts w:ascii="Calibri" w:hAnsi="Calibri" w:cs="Calibri"/>
                <w:i/>
                <w:color w:val="404040"/>
                <w:sz w:val="22"/>
              </w:rPr>
              <w:t>Data</w:t>
            </w:r>
          </w:p>
        </w:tc>
        <w:tc>
          <w:tcPr>
            <w:tcW w:w="4434" w:type="dxa"/>
            <w:shd w:val="clear" w:color="auto" w:fill="auto"/>
          </w:tcPr>
          <w:p w14:paraId="65243C8D" w14:textId="77777777" w:rsidR="00560522" w:rsidRPr="005A2C5E" w:rsidRDefault="00560522" w:rsidP="003437B6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color w:val="404040"/>
                <w:sz w:val="22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2"/>
                <w:lang w:val="pl-PL"/>
              </w:rPr>
              <w:t>Przyjmuję do wiadomości</w:t>
            </w:r>
          </w:p>
          <w:p w14:paraId="3A33E6D5" w14:textId="77777777" w:rsidR="00560522" w:rsidRPr="005A2C5E" w:rsidRDefault="00560522" w:rsidP="003437B6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color w:val="404040"/>
                <w:sz w:val="22"/>
                <w:lang w:val="pl-PL"/>
              </w:rPr>
            </w:pPr>
          </w:p>
          <w:p w14:paraId="742B4BA6" w14:textId="77777777" w:rsidR="00560522" w:rsidRPr="005A2C5E" w:rsidRDefault="00560522" w:rsidP="003437B6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color w:val="404040"/>
                <w:sz w:val="22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2"/>
                <w:lang w:val="pl-PL"/>
              </w:rPr>
              <w:t>……………..…………………………………………..</w:t>
            </w:r>
          </w:p>
          <w:p w14:paraId="3C020A14" w14:textId="77777777" w:rsidR="00560522" w:rsidRPr="005A2C5E" w:rsidRDefault="00560522" w:rsidP="003437B6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color w:val="404040"/>
                <w:sz w:val="22"/>
                <w:lang w:val="pl-PL"/>
              </w:rPr>
            </w:pPr>
            <w:r w:rsidRPr="005A2C5E">
              <w:rPr>
                <w:rFonts w:ascii="Calibri" w:hAnsi="Calibri" w:cs="Calibri"/>
                <w:i/>
                <w:color w:val="404040"/>
                <w:sz w:val="22"/>
                <w:lang w:val="pl-PL"/>
              </w:rPr>
              <w:t xml:space="preserve">Podpis osoby </w:t>
            </w:r>
          </w:p>
        </w:tc>
      </w:tr>
    </w:tbl>
    <w:p w14:paraId="5381A9EF" w14:textId="1EE6DB3E" w:rsidR="00560522" w:rsidRPr="005A2C5E" w:rsidRDefault="00560522" w:rsidP="00560522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7524E023" w14:textId="77777777" w:rsidR="00560522" w:rsidRPr="005A2C5E" w:rsidRDefault="00560522" w:rsidP="00560522">
      <w:pPr>
        <w:rPr>
          <w:rFonts w:ascii="Calibri" w:hAnsi="Calibri" w:cs="Calibri"/>
          <w:sz w:val="24"/>
          <w:szCs w:val="24"/>
          <w:lang w:val="pl-PL"/>
        </w:rPr>
      </w:pPr>
    </w:p>
    <w:p w14:paraId="1E5D9CFA" w14:textId="77777777" w:rsidR="00E4310B" w:rsidRPr="005A2C5E" w:rsidRDefault="00E4310B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45FF75DE" w14:textId="77777777" w:rsidR="00E4310B" w:rsidRPr="005A2C5E" w:rsidRDefault="00E4310B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2270FFA5" w14:textId="085BD4CD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Pieczęć pracodawcy </w:t>
      </w:r>
    </w:p>
    <w:p w14:paraId="3564B925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640C2159" w14:textId="77777777" w:rsidR="00560522" w:rsidRPr="005A2C5E" w:rsidRDefault="00560522" w:rsidP="00560522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ZAŚWIADCZENIE O ZATRUDNIENIU</w:t>
      </w:r>
    </w:p>
    <w:p w14:paraId="40684D51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7C6AEB2C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Zaświadcza się, że Pani/Pan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2CCCF384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zamieszkała/y w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4DA6E498" w14:textId="3BAE09D5" w:rsidR="00560522" w:rsidRPr="005A2C5E" w:rsidRDefault="00560522" w:rsidP="00560522">
      <w:pPr>
        <w:tabs>
          <w:tab w:val="left" w:leader="underscore" w:pos="6521"/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jest zatrudniona/y na czas nieokreślony/określony* od </w:t>
      </w:r>
      <w:r w:rsidRPr="005A2C5E">
        <w:rPr>
          <w:rFonts w:ascii="Calibri" w:hAnsi="Calibri" w:cs="Calibri"/>
          <w:sz w:val="24"/>
          <w:szCs w:val="24"/>
          <w:lang w:val="pl-PL"/>
        </w:rPr>
        <w:tab/>
        <w:t xml:space="preserve"> do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169C8CAA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na podstawie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0ECD0963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na stanowisku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6AEDD435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w wymiarze czasu pracy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40F2ECC4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Miejsce zatrudnienia: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4271EA41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27348B4B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Adres miejsca zatrudnienia: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  <w:r w:rsidRPr="005A2C5E">
        <w:rPr>
          <w:rFonts w:ascii="Calibri" w:hAnsi="Calibri" w:cs="Calibri"/>
          <w:sz w:val="24"/>
          <w:szCs w:val="24"/>
          <w:lang w:val="pl-PL"/>
        </w:rPr>
        <w:br/>
        <w:t xml:space="preserve">Telefon: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25D08142" w14:textId="77777777" w:rsidR="00560522" w:rsidRPr="005A2C5E" w:rsidRDefault="00560522" w:rsidP="00560522">
      <w:pPr>
        <w:tabs>
          <w:tab w:val="right" w:leader="underscore" w:pos="9072"/>
        </w:tabs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Adres e-mail: </w:t>
      </w:r>
      <w:r w:rsidRPr="005A2C5E">
        <w:rPr>
          <w:rFonts w:ascii="Calibri" w:hAnsi="Calibri" w:cs="Calibri"/>
          <w:sz w:val="24"/>
          <w:szCs w:val="24"/>
          <w:lang w:val="pl-PL"/>
        </w:rPr>
        <w:tab/>
      </w:r>
    </w:p>
    <w:p w14:paraId="4AFB7F9E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2D5BA48B" w14:textId="77777777" w:rsidR="00560522" w:rsidRPr="005A2C5E" w:rsidRDefault="00560522" w:rsidP="00560522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2FC441A9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Zaświadczenie wydaje się na potrzeby rekrutacji na studia podyplomowe „Pedagog specjalny </w:t>
      </w:r>
      <w:r w:rsidRPr="005A2C5E">
        <w:rPr>
          <w:rFonts w:ascii="Calibri" w:hAnsi="Calibri" w:cs="Calibri"/>
          <w:sz w:val="24"/>
          <w:szCs w:val="24"/>
          <w:lang w:val="pl-PL"/>
        </w:rPr>
        <w:br/>
        <w:t>w edukacji włączającej”, realizowane przez Uniwersytet Jana Długosza w Częstochowie.</w:t>
      </w:r>
    </w:p>
    <w:p w14:paraId="1717D015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07966763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3008E575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60577E96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__________________________                                                    ____________________________</w:t>
      </w:r>
    </w:p>
    <w:p w14:paraId="17A02C77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 xml:space="preserve">      Miejscowość i data                                                                         Podpis i pieczęć pracodawcy</w:t>
      </w:r>
    </w:p>
    <w:p w14:paraId="2F12F868" w14:textId="77777777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29A26AF2" w14:textId="25A20A9E" w:rsidR="00560522" w:rsidRPr="005A2C5E" w:rsidRDefault="00560522" w:rsidP="00560522">
      <w:pPr>
        <w:spacing w:after="0" w:line="360" w:lineRule="auto"/>
        <w:ind w:right="141"/>
        <w:jc w:val="both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*niepotrzebne skreślić</w:t>
      </w:r>
      <w:r w:rsidRPr="005A2C5E">
        <w:rPr>
          <w:rFonts w:ascii="Calibri" w:hAnsi="Calibri" w:cs="Calibri"/>
          <w:sz w:val="24"/>
          <w:szCs w:val="24"/>
          <w:lang w:val="pl-PL"/>
        </w:rPr>
        <w:br w:type="page"/>
      </w:r>
    </w:p>
    <w:p w14:paraId="2B3AA20C" w14:textId="20EBECD0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15E8B112" w14:textId="2D589CF5" w:rsidR="00560522" w:rsidRPr="005A2C5E" w:rsidRDefault="00560522" w:rsidP="00560522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  <w:lang w:val="pl-PL"/>
        </w:rPr>
      </w:pPr>
      <w:r w:rsidRPr="005A2C5E">
        <w:rPr>
          <w:rFonts w:ascii="Calibri" w:hAnsi="Calibri" w:cs="Calibri"/>
          <w:b/>
          <w:sz w:val="24"/>
          <w:szCs w:val="24"/>
          <w:lang w:val="pl-PL"/>
        </w:rPr>
        <w:t>Oświadczenie o przygotowaniu psychologiczno-pedagogicznym</w:t>
      </w:r>
    </w:p>
    <w:p w14:paraId="3D02ED8B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0BD007E1" w14:textId="6103BE56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Ja, niżej podpisana/y</w:t>
      </w:r>
    </w:p>
    <w:p w14:paraId="46CB0919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7628CD0F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Cs w:val="20"/>
          <w:lang w:val="pl-PL"/>
        </w:rPr>
      </w:pPr>
      <w:r w:rsidRPr="005A2C5E">
        <w:rPr>
          <w:rFonts w:ascii="Calibri" w:hAnsi="Calibri" w:cs="Calibri"/>
          <w:szCs w:val="20"/>
          <w:lang w:val="pl-PL"/>
        </w:rPr>
        <w:t>imię i nazwisko</w:t>
      </w:r>
    </w:p>
    <w:p w14:paraId="164FB582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0AF2F5DA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oświadczam, że posiadam przygotowanie psychologiczno-pedagogiczne, nabyte w toku dotychczasowego kształcenia, w zakresie umożliwiającym podjęcie studiów podyplomowych:</w:t>
      </w:r>
    </w:p>
    <w:p w14:paraId="25CE5376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7764903C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67FE3ABE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Cs w:val="20"/>
          <w:lang w:val="pl-PL"/>
        </w:rPr>
      </w:pPr>
      <w:r w:rsidRPr="005A2C5E">
        <w:rPr>
          <w:rFonts w:ascii="Calibri" w:hAnsi="Calibri" w:cs="Calibri"/>
          <w:szCs w:val="20"/>
          <w:lang w:val="pl-PL"/>
        </w:rPr>
        <w:t>nazwa studiów podyplomowych</w:t>
      </w:r>
    </w:p>
    <w:p w14:paraId="1F206910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396B3CB7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Oświadczam, że informacje zawarte w niniejszym oświadczeniu są zgodne ze stanem faktycznym i posiadam dokumenty potwierdzające uzyskane przygotowanie psychologiczno-pedagogiczne, które zobowiązuję się przedłożyć na żądanie Uczelni.</w:t>
      </w:r>
    </w:p>
    <w:p w14:paraId="62051145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77746745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Jestem świadoma/y odpowiedzialności za złożenie nieprawdziwego oświadczenia.</w:t>
      </w:r>
    </w:p>
    <w:p w14:paraId="774E5A58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77CA617F" w14:textId="2A0B2C8A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13ECE446" w14:textId="67A9CA7F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...........................................................</w:t>
      </w:r>
    </w:p>
    <w:p w14:paraId="01FE001D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Cs w:val="20"/>
          <w:lang w:val="pl-PL"/>
        </w:rPr>
      </w:pPr>
      <w:r w:rsidRPr="005A2C5E">
        <w:rPr>
          <w:rFonts w:ascii="Calibri" w:hAnsi="Calibri" w:cs="Calibri"/>
          <w:szCs w:val="20"/>
          <w:lang w:val="pl-PL"/>
        </w:rPr>
        <w:t>miejscowość i data</w:t>
      </w:r>
    </w:p>
    <w:p w14:paraId="0857123C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</w:p>
    <w:p w14:paraId="0F633609" w14:textId="77777777" w:rsidR="00560522" w:rsidRPr="005A2C5E" w:rsidRDefault="00560522" w:rsidP="00560522">
      <w:pPr>
        <w:spacing w:after="0" w:line="360" w:lineRule="auto"/>
        <w:rPr>
          <w:rFonts w:ascii="Calibri" w:hAnsi="Calibri" w:cs="Calibri"/>
          <w:sz w:val="24"/>
          <w:szCs w:val="24"/>
          <w:lang w:val="pl-PL"/>
        </w:rPr>
      </w:pPr>
      <w:r w:rsidRPr="005A2C5E">
        <w:rPr>
          <w:rFonts w:ascii="Calibri" w:hAnsi="Calibri" w:cs="Calibri"/>
          <w:sz w:val="24"/>
          <w:szCs w:val="24"/>
          <w:lang w:val="pl-PL"/>
        </w:rPr>
        <w:t>............................................................</w:t>
      </w:r>
    </w:p>
    <w:p w14:paraId="341B5CCC" w14:textId="6C1C9E25" w:rsidR="00560522" w:rsidRPr="005A2C5E" w:rsidRDefault="00560522" w:rsidP="00560522">
      <w:pPr>
        <w:spacing w:after="0" w:line="360" w:lineRule="auto"/>
        <w:rPr>
          <w:rFonts w:ascii="Calibri" w:hAnsi="Calibri" w:cs="Calibri"/>
          <w:szCs w:val="20"/>
          <w:lang w:val="pl-PL"/>
        </w:rPr>
      </w:pPr>
      <w:r w:rsidRPr="005A2C5E">
        <w:rPr>
          <w:rFonts w:ascii="Calibri" w:hAnsi="Calibri" w:cs="Calibri"/>
          <w:szCs w:val="20"/>
          <w:lang w:val="pl-PL"/>
        </w:rPr>
        <w:t>czytelny podpis osoby składającej oświadczenie</w:t>
      </w:r>
    </w:p>
    <w:p w14:paraId="79FED223" w14:textId="77777777" w:rsidR="00560522" w:rsidRPr="005A2C5E" w:rsidRDefault="00560522" w:rsidP="00560522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sectPr w:rsidR="00560522" w:rsidRPr="005A2C5E" w:rsidSect="00034616">
      <w:headerReference w:type="default" r:id="rId10"/>
      <w:footerReference w:type="default" r:id="rId11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E7B6" w14:textId="77777777" w:rsidR="003104F5" w:rsidRDefault="003104F5" w:rsidP="00B77A39">
      <w:pPr>
        <w:spacing w:after="0" w:line="240" w:lineRule="auto"/>
      </w:pPr>
      <w:r>
        <w:separator/>
      </w:r>
    </w:p>
  </w:endnote>
  <w:endnote w:type="continuationSeparator" w:id="0">
    <w:p w14:paraId="491863B1" w14:textId="77777777" w:rsidR="003104F5" w:rsidRDefault="003104F5" w:rsidP="00B7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8A8FC" w14:textId="2484651C" w:rsidR="007C1D60" w:rsidRDefault="007C1D60" w:rsidP="007C1D60">
    <w:pPr>
      <w:pStyle w:val="Stopka"/>
      <w:jc w:val="center"/>
    </w:pPr>
    <w:r>
      <w:rPr>
        <w:noProof/>
      </w:rPr>
      <w:drawing>
        <wp:inline distT="0" distB="0" distL="0" distR="0" wp14:anchorId="5E0F80AC" wp14:editId="4E581758">
          <wp:extent cx="4712335" cy="908685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48F9" w14:textId="77777777" w:rsidR="003104F5" w:rsidRDefault="003104F5" w:rsidP="00B77A39">
      <w:pPr>
        <w:spacing w:after="0" w:line="240" w:lineRule="auto"/>
      </w:pPr>
      <w:r>
        <w:separator/>
      </w:r>
    </w:p>
  </w:footnote>
  <w:footnote w:type="continuationSeparator" w:id="0">
    <w:p w14:paraId="2E34B4AE" w14:textId="77777777" w:rsidR="003104F5" w:rsidRDefault="003104F5" w:rsidP="00B77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75674" w14:textId="3562937F" w:rsidR="00B77A39" w:rsidRDefault="007C1D60" w:rsidP="007C1D60">
    <w:pPr>
      <w:pStyle w:val="Nagwek"/>
    </w:pPr>
    <w:r>
      <w:rPr>
        <w:noProof/>
      </w:rPr>
      <w:drawing>
        <wp:inline distT="0" distB="0" distL="0" distR="0" wp14:anchorId="53532C74" wp14:editId="251A06B6">
          <wp:extent cx="1609725" cy="607443"/>
          <wp:effectExtent l="0" t="0" r="0" b="2540"/>
          <wp:docPr id="2" name="Obraz 2" descr="Logo Uniwersytetu Jana Długosza w Częstoch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485" cy="6179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4310B">
      <w:rPr>
        <w:noProof/>
      </w:rPr>
      <w:drawing>
        <wp:inline distT="0" distB="0" distL="0" distR="0" wp14:anchorId="163DF588" wp14:editId="77F12EB2">
          <wp:extent cx="1265289" cy="811530"/>
          <wp:effectExtent l="0" t="0" r="0" b="7620"/>
          <wp:docPr id="3" name="Obraz 3" descr="Logo Colo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419" cy="84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286264"/>
    <w:multiLevelType w:val="hybridMultilevel"/>
    <w:tmpl w:val="D206E56A"/>
    <w:lvl w:ilvl="0" w:tplc="A0B2485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C0A38"/>
    <w:multiLevelType w:val="hybridMultilevel"/>
    <w:tmpl w:val="EF38F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31353"/>
    <w:multiLevelType w:val="multilevel"/>
    <w:tmpl w:val="364EDEEA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759"/>
    <w:rsid w:val="00034616"/>
    <w:rsid w:val="0006063C"/>
    <w:rsid w:val="0015074B"/>
    <w:rsid w:val="001A787E"/>
    <w:rsid w:val="002240FA"/>
    <w:rsid w:val="0029639D"/>
    <w:rsid w:val="003104F5"/>
    <w:rsid w:val="00326F90"/>
    <w:rsid w:val="00560522"/>
    <w:rsid w:val="005A2C5E"/>
    <w:rsid w:val="00657E97"/>
    <w:rsid w:val="007C1D60"/>
    <w:rsid w:val="009434F7"/>
    <w:rsid w:val="00AA1D8D"/>
    <w:rsid w:val="00AA6575"/>
    <w:rsid w:val="00B37D66"/>
    <w:rsid w:val="00B47730"/>
    <w:rsid w:val="00B77A39"/>
    <w:rsid w:val="00C45565"/>
    <w:rsid w:val="00C57316"/>
    <w:rsid w:val="00CB0664"/>
    <w:rsid w:val="00E4310B"/>
    <w:rsid w:val="00EA67B5"/>
    <w:rsid w:val="00EB2E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EE08BA"/>
  <w14:defaultImageDpi w14:val="300"/>
  <w15:docId w15:val="{227501B6-1E46-4DCA-964F-EDD41E62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rPr>
      <w:sz w:val="22"/>
      <w:szCs w:val="22"/>
      <w:lang w:val="en-US" w:eastAsia="en-US"/>
    </w:rPr>
  </w:style>
  <w:style w:type="character" w:customStyle="1" w:styleId="Nagwek1Znak">
    <w:name w:val="Nagłówek 1 Znak"/>
    <w:link w:val="Nagwek1"/>
    <w:uiPriority w:val="9"/>
    <w:rsid w:val="00FC693F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FC693F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FC693F"/>
    <w:rPr>
      <w:rFonts w:ascii="Calibri" w:eastAsia="MS Gothic" w:hAnsi="Calibri" w:cs="Times New Roman"/>
      <w:b/>
      <w:bCs/>
      <w:color w:val="4F81BD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FC693F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link w:val="Podtytu"/>
    <w:uiPriority w:val="11"/>
    <w:rsid w:val="00FC693F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customStyle="1" w:styleId="TekstmakraZnak">
    <w:name w:val="Tekst makra Znak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link w:val="Nagwek4"/>
    <w:uiPriority w:val="9"/>
    <w:semiHidden/>
    <w:rsid w:val="00FC693F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"/>
    <w:semiHidden/>
    <w:rsid w:val="00FC693F"/>
    <w:rPr>
      <w:rFonts w:ascii="Calibri" w:eastAsia="MS Gothic" w:hAnsi="Calibri" w:cs="Times New Roman"/>
      <w:color w:val="243F60"/>
    </w:rPr>
  </w:style>
  <w:style w:type="character" w:customStyle="1" w:styleId="Nagwek6Znak">
    <w:name w:val="Nagłówek 6 Znak"/>
    <w:link w:val="Nagwek6"/>
    <w:uiPriority w:val="9"/>
    <w:semiHidden/>
    <w:rsid w:val="00FC693F"/>
    <w:rPr>
      <w:rFonts w:ascii="Calibri" w:eastAsia="MS Gothic" w:hAnsi="Calibri" w:cs="Times New Roman"/>
      <w:i/>
      <w:iCs/>
      <w:color w:val="243F60"/>
    </w:rPr>
  </w:style>
  <w:style w:type="character" w:customStyle="1" w:styleId="Nagwek7Znak">
    <w:name w:val="Nagłówek 7 Znak"/>
    <w:link w:val="Nagwek7"/>
    <w:uiPriority w:val="9"/>
    <w:semiHidden/>
    <w:rsid w:val="00FC693F"/>
    <w:rPr>
      <w:rFonts w:ascii="Calibri" w:eastAsia="MS Gothic" w:hAnsi="Calibri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FC693F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FC693F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Pogrubienie">
    <w:name w:val="Strong"/>
    <w:uiPriority w:val="22"/>
    <w:qFormat/>
    <w:rsid w:val="00FC693F"/>
    <w:rPr>
      <w:b/>
      <w:bCs/>
    </w:rPr>
  </w:style>
  <w:style w:type="character" w:styleId="Uwydatnienie">
    <w:name w:val="Emphasis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FC693F"/>
    <w:rPr>
      <w:b/>
      <w:bCs/>
      <w:i/>
      <w:iCs/>
      <w:color w:val="4F81BD"/>
    </w:rPr>
  </w:style>
  <w:style w:type="character" w:styleId="Wyrnieniedelikatne">
    <w:name w:val="Subtle Emphasis"/>
    <w:uiPriority w:val="19"/>
    <w:qFormat/>
    <w:rsid w:val="00FC693F"/>
    <w:rPr>
      <w:i/>
      <w:iCs/>
      <w:color w:val="808080"/>
    </w:rPr>
  </w:style>
  <w:style w:type="character" w:styleId="Wyrnienieintensywne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czeinternetowe">
    <w:name w:val="Łącze internetowe"/>
    <w:rsid w:val="007C1D60"/>
    <w:rPr>
      <w:color w:val="0563C1"/>
      <w:u w:val="single"/>
    </w:rPr>
  </w:style>
  <w:style w:type="character" w:styleId="Hipercze">
    <w:name w:val="Hyperlink"/>
    <w:uiPriority w:val="99"/>
    <w:unhideWhenUsed/>
    <w:rsid w:val="005605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jd.czest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jd.edu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0E4088-C70F-49C7-9E41-834E25202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1141</Words>
  <Characters>6847</Characters>
  <Application>Microsoft Office Word</Application>
  <DocSecurity>0</DocSecurity>
  <Lines>57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Aneta Żabicka</cp:lastModifiedBy>
  <cp:revision>3</cp:revision>
  <dcterms:created xsi:type="dcterms:W3CDTF">2026-10-07T09:46:00Z</dcterms:created>
  <dcterms:modified xsi:type="dcterms:W3CDTF">2026-10-07T09:50:00Z</dcterms:modified>
  <cp:category/>
</cp:coreProperties>
</file>